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Körjournal</w:t>
      </w:r>
    </w:p>
    <w:p>
      <w:r>
        <w:t>Körjournal för tjänsteresor — inkomstår 2026</w:t>
      </w:r>
    </w:p>
    <w:p>
      <w:r>
        <w:t>Namn: ______________________________</w:t>
      </w:r>
    </w:p>
    <w:p>
      <w:r>
        <w:t>Bil och registreringsnummer: ______________________________</w:t>
      </w:r>
    </w:p>
    <w:p>
      <w:r>
        <w:t>Mätarställning vid årets början: ______________________________</w:t>
      </w:r>
    </w:p>
    <w:p>
      <w:r>
        <w:t>Mätarställning vid årets slut: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sz w:val="16"/>
              </w:rPr>
              <w:t>Datum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Startadress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Slutadress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Resans syfte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Mätare start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Mätare slut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Km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Tjänst / Privat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Reg.nr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2026-01-15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Kontoret, Sthlm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Kund AB, Uppsala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Kundmöte med Kund AB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34520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34588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Tjänst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ABC 123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2026-01-15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Kund AB, Uppsala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Kontoret, Sthlm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Retur från kundmöte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34588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34656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Tjänst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ABC 123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2026-01-16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Kontoret, Sthlm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Leverantör, Västerås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Inköpsmöte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34656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Tjänst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ABC 123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2026-01-17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Hemmet, Solna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Livsmedelsbutik, Solna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Privat ärende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Privat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ABC 123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2026-01-20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Hemmet, Solna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Mässa, Älvsjö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Branschmässa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34794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Tjänst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ABC 123</w:t>
            </w:r>
          </w:p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  <w:tr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  <w:tc>
          <w:tcPr>
            <w:tcW w:type="dxa" w:w="960"/>
          </w:tcPr>
          <w:p/>
        </w:tc>
      </w:tr>
    </w:tbl>
    <w:p/>
    <w:p>
      <w:pPr>
        <w:pStyle w:val="ListBullet"/>
      </w:pPr>
      <w:r>
        <w:t>Fyll i resan samma dag: datum, adresser, mätarställning, syfte och km.</w:t>
      </w:r>
    </w:p>
    <w:p>
      <w:pPr>
        <w:pStyle w:val="ListBullet"/>
      </w:pPr>
      <w:r>
        <w:t>Resor mellan bostad och ordinarie arbetsplats är privata.</w:t>
      </w:r>
    </w:p>
    <w:p>
      <w:pPr>
        <w:pStyle w:val="ListBullet"/>
      </w:pPr>
      <w:r>
        <w:t>Spara körjournalen minst till och med sjätte året efter inkomståret, sju år om du är bokföringsskyldig.</w:t>
      </w:r>
    </w:p>
    <w:p>
      <w:pPr>
        <w:pStyle w:val="ListBullet"/>
      </w:pPr>
      <w:r>
        <w:t>Skattefri milersättning 2026: 25 kr per mil för egen bil. 1 mil = 10 km: ersättningen räknas på km ÷ 10.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